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模特肖像使用许可协议</w:t>
      </w:r>
    </w:p>
    <w:p>
      <w:r>
        <w:t>本协议由实际使用肖像的品牌主体与模特本人独立签署，可作为单次拍摄服务合同的附件。每位模特分别填写并签署一份。</w:t>
      </w:r>
    </w:p>
    <w:p>
      <w:pPr>
        <w:spacing w:after="120"/>
      </w:pPr>
      <w:r>
        <w:t>甲方 被授权人（品牌主体全称）：________________________________________</w:t>
      </w:r>
    </w:p>
    <w:p>
      <w:pPr>
        <w:spacing w:after="120"/>
      </w:pPr>
      <w:r>
        <w:t>统一社会信用代码：________________________________________</w:t>
      </w:r>
    </w:p>
    <w:p>
      <w:pPr>
        <w:spacing w:after="120"/>
      </w:pPr>
      <w:r>
        <w:t>联系地址：________________________________________</w:t>
      </w:r>
    </w:p>
    <w:p>
      <w:pPr>
        <w:spacing w:after="120"/>
      </w:pPr>
      <w:r>
        <w:t>授权联系人及电话：________________________________________</w:t>
      </w:r>
    </w:p>
    <w:p>
      <w:pPr>
        <w:spacing w:after="120"/>
      </w:pPr>
      <w:r>
        <w:t>乙方 授权人（模特本人姓名）：________________  艺名：__________</w:t>
      </w:r>
    </w:p>
    <w:p>
      <w:pPr>
        <w:spacing w:after="120"/>
      </w:pPr>
      <w:r>
        <w:t>身份证或护照号：________________________________________</w:t>
      </w:r>
    </w:p>
    <w:p>
      <w:pPr>
        <w:spacing w:after="120"/>
      </w:pPr>
      <w:r>
        <w:t>联系地址及联系方式：______________________________________</w:t>
      </w:r>
    </w:p>
    <w:p>
      <w:pPr>
        <w:pStyle w:val="Heading1"/>
      </w:pPr>
      <w:r>
        <w:t>第一条 项目及拍摄同意</w:t>
      </w:r>
    </w:p>
    <w:p>
      <w:pPr>
        <w:spacing w:after="120"/>
      </w:pPr>
      <w:r>
        <w:t>项目名称：____________________  拍摄日期：__________________</w:t>
      </w:r>
    </w:p>
    <w:p>
      <w:pPr>
        <w:spacing w:after="120"/>
      </w:pPr>
      <w:r>
        <w:t>品牌及产品：______________________________________________</w:t>
      </w:r>
    </w:p>
    <w:p>
      <w:pPr>
        <w:spacing w:after="120"/>
      </w:pPr>
      <w:r>
        <w:t>拍摄内容或脚本版本：______________________________________</w:t>
      </w:r>
    </w:p>
    <w:p>
      <w:pPr>
        <w:spacing w:after="120"/>
      </w:pPr>
      <w:r>
        <w:t>受托拍摄制作及交付单位：__________________________________</w:t>
      </w:r>
    </w:p>
    <w:p>
      <w:r>
        <w:t>乙方同意参加上述项目拍摄。甲方可委托上列单位在本协议明确范围内拍摄、制作及交付素材；受托单位不因此取得独立对外使用或再许可权。</w:t>
      </w:r>
    </w:p>
    <w:p>
      <w:pPr>
        <w:pStyle w:val="Heading1"/>
      </w:pPr>
      <w:r>
        <w:t>第二条 许可范围</w:t>
      </w:r>
    </w:p>
    <w:p>
      <w:pPr>
        <w:spacing w:after="120"/>
      </w:pPr>
      <w:r>
        <w:t>许可权益：肖像；另行同意 □姓名或艺名（________） □声音</w:t>
      </w:r>
    </w:p>
    <w:p>
      <w:pPr>
        <w:spacing w:after="120"/>
      </w:pPr>
      <w:r>
        <w:t>具体用途：________________________________________</w:t>
      </w:r>
    </w:p>
    <w:p>
      <w:pPr>
        <w:spacing w:after="120"/>
      </w:pPr>
      <w:r>
        <w:t>平台账号或线下载体：______________________________________</w:t>
      </w:r>
    </w:p>
    <w:p>
      <w:pPr>
        <w:spacing w:after="120"/>
      </w:pPr>
      <w:r>
        <w:t>使用地区：____________________  付费广告投放：□允许 □不允许</w:t>
      </w:r>
    </w:p>
    <w:p>
      <w:pPr>
        <w:spacing w:after="120"/>
      </w:pPr>
      <w:r>
        <w:t>许可期限：____年__月__日至____年__月__日</w:t>
      </w:r>
    </w:p>
    <w:p>
      <w:pPr>
        <w:spacing w:after="120"/>
      </w:pPr>
      <w:r>
        <w:t>允许编辑：□剪辑 □裁切 □调色 □字幕排版  其他：____________</w:t>
      </w:r>
    </w:p>
    <w:p>
      <w:pPr>
        <w:spacing w:after="120"/>
      </w:pPr>
      <w:r>
        <w:t>其他限制及期满存量印刷品处理：____________________________</w:t>
      </w:r>
    </w:p>
    <w:p>
      <w:r>
        <w:t>本许可为非独占许可，仅适用于本项目。关键范围应在签署前填写完整；未勾选的可选权益及未明确的新增用途，不得推定已获许可。</w:t>
      </w:r>
    </w:p>
    <w:p>
      <w:pPr>
        <w:pStyle w:val="Heading1"/>
        <w:pageBreakBefore/>
      </w:pPr>
      <w:r>
        <w:t>第三条 授权费用与生效</w:t>
      </w:r>
    </w:p>
    <w:p>
      <w:pPr>
        <w:spacing w:after="120"/>
      </w:pPr>
      <w:r>
        <w:t>费用安排：□另付含税人民币________元  □不另收授权费</w:t>
      </w:r>
    </w:p>
    <w:p>
      <w:pPr>
        <w:spacing w:after="120"/>
      </w:pPr>
      <w:r>
        <w:t>□其他安排（金额及所含费用）：______________________________</w:t>
      </w:r>
    </w:p>
    <w:p>
      <w:pPr>
        <w:spacing w:after="120"/>
      </w:pPr>
      <w:r>
        <w:t>付款主体：____________________  付款日期或条件：____________</w:t>
      </w:r>
    </w:p>
    <w:p>
      <w:pPr>
        <w:spacing w:after="120"/>
      </w:pPr>
      <w:r>
        <w:t>收款人：______________________  开户行：____________________</w:t>
      </w:r>
    </w:p>
    <w:p>
      <w:pPr>
        <w:spacing w:after="120"/>
      </w:pPr>
      <w:r>
        <w:t>收款账号：________________________________________</w:t>
      </w:r>
    </w:p>
    <w:p>
      <w:r>
        <w:t>本协议在双方签署、授权范围填写完整后生效。费用是否包含在其他项目价款中，应明确列明，不因拍摄服务费已支付而推定授权费已结清。</w:t>
      </w:r>
    </w:p>
    <w:p>
      <w:pPr>
        <w:pStyle w:val="Heading1"/>
      </w:pPr>
      <w:r>
        <w:t>第四条 使用边界及到期处理</w:t>
      </w:r>
    </w:p>
    <w:p>
      <w:r>
        <w:t>4.1 超出约定品牌、用途、平台、地区或期限，续期，或增加独立使用主体，须先取得乙方另行书面同意。不得歪曲、丑化乙方形象或违法使用；本协议不包含 AI 训练、换脸、数字人、声音克隆或虚构代言许可。</w:t>
      </w:r>
    </w:p>
    <w:p>
      <w:r>
        <w:t>4.2 许可期满后停止新增发布和投放，甲方可控制的线上展示应在10个工作日内下架；未另约的存量印刷品停止发放。履约、审计及争议处理确有必要的档案可非公开留存，其他副本在无必要时删除。</w:t>
      </w:r>
    </w:p>
    <w:p>
      <w:r>
        <w:t>4.3 乙方依法享有的肖像许可解除权不受本协议限制。乙方有正当理由提前解除时，应在合理期限前通知甲方，相关损失依法处理。甲方应约束其受托单位按本协议使用素材并配合停止使用。</w:t>
      </w:r>
    </w:p>
    <w:p>
      <w:r>
        <w:t>4.4 本协议不转让乙方人格权，也不处分摄影师等第三方著作权。甲方应另行落实使用作品所需的相关权利。身份、联系方式及账户信息仅为本项目核验、沟通、结算及依法留存使用。</w:t>
      </w:r>
    </w:p>
    <w:p>
      <w:pPr>
        <w:pStyle w:val="Heading1"/>
      </w:pPr>
      <w:r>
        <w:t>第五条 未成年人及争议处理</w:t>
      </w:r>
    </w:p>
    <w:p>
      <w:r>
        <w:t>5.1 乙方为未成年人时，应由监护人依法代理或同意并签署，结合其年龄、智力尊重其真实意愿；另行核实本次活动的合法参与条件及必要手续。监护人签署不替代依法需取得的许可。</w:t>
      </w:r>
    </w:p>
    <w:p>
      <w:r>
        <w:t>5.2 违反本协议的一方应停止违约、采取补救并依法赔偿可证明损失。适用中华人民共和国大陆地区法律；争议先协商，协商不成向有管辖权的人民法院起诉。双方认可可核验电子签署及签署件扫描件作为证据。</w:t>
      </w:r>
    </w:p>
    <w:p>
      <w:pPr>
        <w:pStyle w:val="Heading1"/>
      </w:pPr>
      <w:r>
        <w:t>第六条 签署确认</w:t>
      </w:r>
    </w:p>
    <w:p>
      <w:r>
        <w:t>双方已就许可范围、费用、使用限制和解除规则充分阅读并协商。本协议仅在实际签署主体之间成立，经纪机构的服务合同签署不能代替模特本人或品牌主体的许可确认。</w:t>
      </w:r>
    </w:p>
    <w:p>
      <w:pPr>
        <w:spacing w:after="120"/>
      </w:pPr>
      <w:r>
        <w:t>甲方（盖章）：________________  授权代表签字：______________</w:t>
      </w:r>
    </w:p>
    <w:p>
      <w:pPr>
        <w:spacing w:after="120"/>
      </w:pPr>
      <w:r>
        <w:t>乙方（本人签字）：____________  签署日期：____年__月__日</w:t>
      </w:r>
    </w:p>
    <w:p>
      <w:pPr>
        <w:spacing w:after="120"/>
      </w:pPr>
      <w:r>
        <w:t>甲方签署日期：____年__月__日   签署地点：__________________</w:t>
      </w:r>
    </w:p>
    <w:p>
      <w:pPr>
        <w:spacing w:after="120"/>
      </w:pPr>
      <w:r>
        <w:t>监护人签字：________  与乙方关系：________  日期：____年__月__日</w:t>
      </w:r>
    </w:p>
    <w:p>
      <w:pPr>
        <w:spacing w:after="120"/>
      </w:pPr>
      <w:r>
        <w:t>监护人证件号及联系方式：__________________________________</w:t>
      </w:r>
    </w:p>
    <w:sectPr w:rsidR="00FC693F" w:rsidRPr="0006063C" w:rsidSect="00034616">
      <w:footerReference w:type="default" r:id="rId9"/>
      <w:pgSz w:w="11906" w:h="16838"/>
      <w:pgMar w:top="1134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0" w:lineRule="exact" w:after="120"/>
    </w:pPr>
    <w:rPr>
      <w:rFonts w:ascii="Songti SC" w:hAnsi="Songti SC" w:eastAsia="Songti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 w:line="288" w:lineRule="auto"/>
      <w:outlineLvl w:val="0"/>
    </w:pPr>
    <w:rPr>
      <w:rFonts w:ascii="Songti SC" w:hAnsi="Songti SC" w:eastAsia="Songti S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88" w:lineRule="auto"/>
      <w:outlineLvl w:val="1"/>
    </w:pPr>
    <w:rPr>
      <w:rFonts w:ascii="Songti SC" w:hAnsi="Songti SC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88" w:lineRule="auto" w:before="0"/>
      <w:contextualSpacing/>
    </w:pPr>
    <w:rPr>
      <w:rFonts w:ascii="Songti SC" w:hAnsi="Songti SC" w:eastAsia="Songti SC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模特肖像使用许可协议</dc:title>
  <dc:subject>单次拍摄项目空白签署文件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