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模特拍摄服务合同</w:t>
      </w:r>
    </w:p>
    <w:p>
      <w:r>
        <w:t>签订地点：________________________________________</w:t>
      </w:r>
    </w:p>
    <w:p>
      <w:r>
        <w:t>本合同仅适用于下列单次拍摄项目。甲方委托乙方组织或提供模特拍摄服务，双方就本项目的人员、档期、费用及履约安排达成以下约定。</w:t>
      </w:r>
    </w:p>
    <w:p>
      <w:pPr>
        <w:pStyle w:val="Heading1"/>
      </w:pPr>
      <w:r>
        <w:t>第一条 合同主体</w:t>
      </w:r>
    </w:p>
    <w:p>
      <w:pPr>
        <w:spacing w:after="120"/>
      </w:pPr>
      <w:r>
        <w:t>甲方（委托方）：________________________________________</w:t>
      </w:r>
    </w:p>
    <w:p>
      <w:pPr>
        <w:spacing w:after="120"/>
      </w:pPr>
      <w:r>
        <w:t>统一社会信用代码或身份证件号：____________________________</w:t>
      </w:r>
    </w:p>
    <w:p>
      <w:pPr>
        <w:spacing w:after="120"/>
      </w:pPr>
      <w:r>
        <w:t>联系地址：________________________________________</w:t>
      </w:r>
    </w:p>
    <w:p>
      <w:pPr>
        <w:spacing w:after="120"/>
      </w:pPr>
      <w:r>
        <w:t>授权联系人：________________  电话：______________________</w:t>
      </w:r>
    </w:p>
    <w:p>
      <w:pPr>
        <w:spacing w:after="120"/>
      </w:pPr>
      <w:r>
        <w:t>指定微信号或电子邮箱：____________________________________</w:t>
      </w:r>
    </w:p>
    <w:p>
      <w:pPr>
        <w:spacing w:after="120"/>
      </w:pPr>
      <w:r>
        <w:t>乙方（服务方）：________________________________________</w:t>
      </w:r>
    </w:p>
    <w:p>
      <w:pPr>
        <w:spacing w:after="120"/>
      </w:pPr>
      <w:r>
        <w:t>主体类型：□经纪公司或服务机构  □模特本人</w:t>
      </w:r>
    </w:p>
    <w:p>
      <w:pPr>
        <w:spacing w:after="120"/>
      </w:pPr>
      <w:r>
        <w:t>统一社会信用代码或身份证件号：____________________________</w:t>
      </w:r>
    </w:p>
    <w:p>
      <w:pPr>
        <w:spacing w:after="120"/>
      </w:pPr>
      <w:r>
        <w:t>联系地址：________________________________________</w:t>
      </w:r>
    </w:p>
    <w:p>
      <w:pPr>
        <w:spacing w:after="120"/>
      </w:pPr>
      <w:r>
        <w:t>授权联系人：________________  电话：______________________</w:t>
      </w:r>
    </w:p>
    <w:p>
      <w:pPr>
        <w:spacing w:after="120"/>
      </w:pPr>
      <w:r>
        <w:t>指定微信号或电子邮箱：____________________________________</w:t>
      </w:r>
    </w:p>
    <w:p>
      <w:pPr>
        <w:pStyle w:val="Heading1"/>
      </w:pPr>
      <w:r>
        <w:t>第二条 本次项目安排</w:t>
      </w:r>
    </w:p>
    <w:p>
      <w:pPr>
        <w:spacing w:after="120"/>
      </w:pPr>
      <w:r>
        <w:t>项目名称：____________________  品牌及产品：________________</w:t>
      </w:r>
    </w:p>
    <w:p>
      <w:pPr>
        <w:spacing w:after="120"/>
      </w:pPr>
      <w:r>
        <w:t>品牌主体全称（肖像实际使用方）：____________________________</w:t>
      </w:r>
    </w:p>
    <w:p>
      <w:pPr>
        <w:spacing w:after="120"/>
      </w:pPr>
      <w:r>
        <w:t>拍摄日期：____________________  拍摄地点：__________________</w:t>
      </w:r>
    </w:p>
    <w:p>
      <w:pPr>
        <w:spacing w:after="120"/>
      </w:pPr>
      <w:r>
        <w:t>约定到场：____时____分    预计结束：____时____分</w:t>
      </w:r>
    </w:p>
    <w:p>
      <w:pPr>
        <w:spacing w:after="120"/>
      </w:pPr>
      <w:r>
        <w:t>预计化妆开始或无化妆时起算时间：____________________________</w:t>
      </w:r>
    </w:p>
    <w:p>
      <w:pPr>
        <w:spacing w:after="120"/>
      </w:pPr>
      <w:r>
        <w:t>拍摄内容：□照片 □视频 □口播（语言：________） □其他：______</w:t>
      </w:r>
    </w:p>
    <w:p>
      <w:pPr>
        <w:spacing w:after="120"/>
      </w:pPr>
      <w:r>
        <w:t>拍摄场景：□室内 □室外    脚本或需求版本：__________________</w:t>
      </w:r>
    </w:p>
    <w:p>
      <w:pPr>
        <w:spacing w:after="120"/>
      </w:pPr>
      <w:r>
        <w:t>服装妆发及特殊要求：______________________________________</w:t>
      </w:r>
    </w:p>
    <w:p>
      <w:pPr>
        <w:spacing w:after="120"/>
      </w:pPr>
      <w:r>
        <w:t>甲方现场联系人及电话：____________________________________</w:t>
      </w:r>
    </w:p>
    <w:p>
      <w:pPr>
        <w:spacing w:after="120"/>
      </w:pPr>
      <w:r>
        <w:t>乙方现场联系人及电话：____________________________________</w:t>
      </w:r>
    </w:p>
    <w:p>
      <w:pPr>
        <w:pStyle w:val="Heading1"/>
        <w:pageBreakBefore/>
      </w:pPr>
      <w:r>
        <w:t>第三条 人员及费用</w:t>
      </w:r>
    </w:p>
    <w:p>
      <w:r>
        <w:t>3.1 下表为本次项目的成交确认，不为其他项目定价。所有金额均为人民币；未税与含税金额应明确区分，含税价格不得重复加收。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21"/>
        <w:gridCol w:w="6917"/>
      </w:tblGrid>
      <w:tr>
        <w:trPr>
          <w:cantSplit/>
          <w:tblHeader/>
        </w:trPr>
        <w:tc>
          <w:tcPr>
            <w:tcW w:type="dxa" w:w="272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2F2F2"/>
          </w:tcPr>
          <w:p>
            <w:pPr>
              <w:spacing w:after="0" w:line="300" w:lineRule="exact"/>
            </w:pPr>
            <w:r>
              <w:rPr>
                <w:b/>
                <w:sz w:val="21"/>
              </w:rPr>
              <w:t>本次项目费用确认表</w:t>
            </w:r>
          </w:p>
        </w:tc>
        <w:tc>
          <w:tcPr>
            <w:tcW w:type="dxa" w:w="69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2F2F2"/>
          </w:tcPr>
          <w:p>
            <w:pPr>
              <w:spacing w:after="0" w:line="300" w:lineRule="exact"/>
            </w:pPr>
            <w:r>
              <w:rPr>
                <w:b/>
                <w:sz w:val="21"/>
              </w:rPr>
              <w:t>双方确认内容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模特人数及姓名</w:t>
            </w:r>
          </w:p>
        </w:tc>
        <w:tc>
          <w:tcPr>
            <w:tcW w:type="dxa" w:w="69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共____人；姓名及类别：__________________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拍摄日期及时间</w:t>
            </w:r>
          </w:p>
        </w:tc>
        <w:tc>
          <w:tcPr>
            <w:tcW w:type="dxa" w:w="69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____年__月__日；到场____时____分</w:t>
              <w:br/>
              <w:t>计时起点____时____分；预计结束____时____分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计费时长及基础服务费</w:t>
            </w:r>
          </w:p>
        </w:tc>
        <w:tc>
          <w:tcPr>
            <w:tcW w:type="dxa" w:w="69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最低计费____小时／人；____元／人</w:t>
              <w:br/>
              <w:t>合计____元；价格口径：□含税 □未税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经纪服务费及其他费用</w:t>
            </w:r>
          </w:p>
        </w:tc>
        <w:tc>
          <w:tcPr>
            <w:tcW w:type="dxa" w:w="69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经纪费____元；交通食宿____元；其他____元</w:t>
              <w:br/>
              <w:t>项目及税价口径：________________________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未税金额及开票基数</w:t>
            </w:r>
          </w:p>
        </w:tc>
        <w:tc>
          <w:tcPr>
            <w:tcW w:type="dxa" w:w="69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未税合计____元；其中需开票未税金额____元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含税报价及总额</w:t>
            </w:r>
          </w:p>
        </w:tc>
        <w:tc>
          <w:tcPr>
            <w:tcW w:type="dxa" w:w="69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已含税费用____元；开票价格加收____元</w:t>
              <w:br/>
              <w:t>本次含税总报价____元；大写：____________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预付款及尾款</w:t>
            </w:r>
          </w:p>
        </w:tc>
        <w:tc>
          <w:tcPr>
            <w:tcW w:type="dxa" w:w="69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预付款____元，支付日________</w:t>
              <w:br/>
              <w:t>预计尾款____元，支付日或条件____________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发票及开具时间</w:t>
            </w:r>
          </w:p>
        </w:tc>
        <w:tc>
          <w:tcPr>
            <w:tcW w:type="dxa" w:w="69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发票种类________；开票日期______________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超时及其他特别约定</w:t>
            </w:r>
          </w:p>
        </w:tc>
        <w:tc>
          <w:tcPr>
            <w:tcW w:type="dxa" w:w="691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300" w:lineRule="exact"/>
            </w:pPr>
            <w:r>
              <w:rPr>
                <w:b w:val="0"/>
                <w:sz w:val="21"/>
              </w:rPr>
              <w:t>超时单价____元／人／小时；其他____________</w:t>
            </w:r>
          </w:p>
        </w:tc>
      </w:tr>
    </w:tbl>
    <w:p>
      <w:pPr>
        <w:spacing w:after="0"/>
      </w:pPr>
    </w:p>
    <w:p>
      <w:r>
        <w:t>人数、时段或单价不一致时，另附逐人明细并经双方确认。预计报价按本表口径计算，最终金额仅按确认的实际超时及变更调整；交通食宿承担及标准：________________。</w:t>
      </w:r>
    </w:p>
    <w:p>
      <w:r>
        <w:t>3.2 未另约时，中模最低计费8小时，外模最低计费4小时，不足最低时长按基础费结算。独家中模、童模及其他类别的最低时长和价格应在上表明确，不直接套用普通中模规则。已确认人员未经甲方书面同意不得替换。</w:t>
      </w:r>
    </w:p>
    <w:p>
      <w:pPr>
        <w:spacing w:after="120"/>
      </w:pPr>
      <w:r>
        <w:t>收款户名：__________________  开户行：____________________</w:t>
      </w:r>
    </w:p>
    <w:p>
      <w:pPr>
        <w:spacing w:after="120"/>
      </w:pPr>
      <w:r>
        <w:t>收款账号：________________________________________</w:t>
      </w:r>
    </w:p>
    <w:p>
      <w:r>
        <w:t>3.3 实际费用以上表为准；额外费用须经甲方事先书面同意。需开票的未税金额加收6%，作为约定价格调整；已含税费用不重复加收。该比例不代表法定税率，开票及纳税按实际业务和适用规定履行。另有约定：________________。</w:t>
      </w:r>
    </w:p>
    <w:p>
      <w:r>
        <w:t>3.4 未另约时不付预付款；已付预付款抵扣项目价款，取消后多退少补，不适用定金罚则。甲方收到可核对结算明细后5个工作日内提出具体异议；无争议款项在项目完成且收到明细后10个工作日内支付。乙方依法提供合法有效的发票或结算凭证，未另约时在收款后10个工作日内提供；法定开具义务不因此免除。</w:t>
      </w:r>
    </w:p>
    <w:p>
      <w:r>
        <w:t>3.5 机构服务方原则上使用其对公账户；第三方代收须有乙方书面授权并经甲方确认。账户变更须书面通知并核实。拍摄服务费不当然包含肖像授权费，授权费用以独立肖像协议明确的安排为准。</w:t>
      </w:r>
    </w:p>
    <w:p>
      <w:pPr>
        <w:pStyle w:val="Heading1"/>
        <w:pageBreakBefore/>
      </w:pPr>
      <w:r>
        <w:t>第四条 拍摄配合及工时</w:t>
      </w:r>
    </w:p>
    <w:p>
      <w:r>
        <w:t>4.1 甲方提前提供需求、参考图或脚本，落实场地、团队、道具及安全条件。乙方如实提供模特近期资料，核实身份、档期及合法参与条件，安排按时到场并配合已约定的合理工作。新增服务或变更要求须经乙方及相关模特同意，并明确增补时间和费用。</w:t>
      </w:r>
    </w:p>
    <w:p>
      <w:r>
        <w:t>4.2 工时自实际开始化妆时起算，妆发、换装、拍摄及甲方安排的待场计入工时；到场时间仅作记录。无化妆时，自双方确认实际开始准备或拍摄时起算。因乙方原因擅自离场的时间不计费。交通、用餐及休息未明确计费时不计费。</w:t>
      </w:r>
    </w:p>
    <w:p>
      <w:r>
        <w:t>交通时间：□计费 □不计费    用餐休息：□计费 □不计费</w:t>
      </w:r>
    </w:p>
    <w:p>
      <w:r>
        <w:t>4.3 超出最低时长的部分按上表小时单价加收。先计完整小时，余数15分钟以内（含15分钟）免费；超过15分钟至40分钟（含40分钟）计半小时；超过40分钟计1小时。超时费＝折算收费小时数×约定小时单价。例如超时20分钟计0.5小时，41分钟计1小时，1小时15分钟计1小时。超时应事先确认，因乙方原因返工不得重复计费。</w:t>
      </w:r>
    </w:p>
    <w:p>
      <w:r>
        <w:t>4.4 当日结束后双方核对工时及结算记录；未当场签字的，在2个工作日内结合通告、聊天及现场记录核对。单方未经核实记录不当然作为最终结算依据。</w:t>
      </w:r>
    </w:p>
    <w:p>
      <w:r>
        <w:t>4.5 甲方提供合理安全环境、必要休息、饮水及更衣隐私条件。危险动作、特殊着装、暴露性或可能严重影响健康的拍摄，应事先充分告知并征得本人同意。违法或危及人身安全的要求可拒绝；事故责任依法承担。涉及未成年人的，应落实监护人同意和依法适用的特别条件。</w:t>
      </w:r>
    </w:p>
    <w:p>
      <w:pPr>
        <w:pStyle w:val="Heading1"/>
      </w:pPr>
      <w:r>
        <w:t>第五条 改期及取消</w:t>
      </w:r>
    </w:p>
    <w:p>
      <w:r>
        <w:t>5.1 改期、变更地点应及时书面通知，双方确认新安排及必要增加费用后执行；通知本身不构成变更。新档期不能达成一致的，按取消原项目处理。</w:t>
      </w:r>
    </w:p>
    <w:p>
      <w:r>
        <w:t>5.2 一方因自身原因取消，应结清已完成部分，并赔偿有凭证、合理且无法退回的项目成本及其他可证明损失，扣除已节省或可退费用。损失应可预见且与取消有直接因果关系，守约方应合理减损，不得重复赔偿。</w:t>
      </w:r>
    </w:p>
    <w:p>
      <w:r>
        <w:t>5.3 乙方原因导致无法到场，应立即告知并在甲方同意后安排替代；甲方可拒绝不符要求的人员。不能替代时，退还未履行部分预付款，并依第5.2条承担责任。不可抗力应及时通知并提供合理证明，协商改期或终止，按实际影响依法处理责任，已完成部分据实结算。</w:t>
      </w:r>
    </w:p>
    <w:p>
      <w:r>
        <w:t>改期取消特别约定：________________________________________</w:t>
      </w:r>
    </w:p>
    <w:p>
      <w:pPr>
        <w:pStyle w:val="Heading1"/>
      </w:pPr>
      <w:r>
        <w:t>第六条 肖像授权及保密</w:t>
      </w:r>
    </w:p>
    <w:p>
      <w:r>
        <w:t>6.1 甲方负责对接品牌主体与每位模特，在拍摄前落实拍摄同意和独立使用许可，留存受托拍摄、制作及交付权限记录。乙方为经纪机构时仅负责联络配合，不作为肖像许可人或转授权人。本合同签署和服务费支付均不当然取得肖像使用权，使用范围以另行签署的肖像协议为准。</w:t>
      </w:r>
    </w:p>
    <w:p>
      <w:r>
        <w:t>6.2 双方应分别确保其提供资料、拍摄制作及交付所需权利合法，不处分摄影师等第三方著作权。未公开脚本、客户资料、报价及素材仅限履约必要人员接触；未经必要许可，不得发布花絮或用于个人宣传。身份、联系及账户信息仅限履约及依法留存，无必要时删除或匿名化。</w:t>
      </w:r>
    </w:p>
    <w:p>
      <w:pPr>
        <w:pStyle w:val="Heading1"/>
        <w:pageBreakBefore/>
      </w:pPr>
      <w:r>
        <w:t>第七条 违约责任及合同签署</w:t>
      </w:r>
    </w:p>
    <w:p>
      <w:r>
        <w:t>7.1 违约方应及时补救并赔偿可证明损失；服务不符事先书面要求应及时指出，合理补救后仍不符的，按不合格部分减免费用。不得仅以主观不满意、客户未回款或未使用素材拒付符合约定的服务费。</w:t>
      </w:r>
    </w:p>
    <w:p>
      <w:r>
        <w:t>7.2 逾期无争议款项经书面催告5个工作日仍未支付的，自该期满次日起按逾期金额每日万分之三计违约金，累计不超过该金额10%，并可依法申请调整。严重违约经催告5个工作日未改正或合同目的无法实现的，守约方可解除，合理必要且有凭证的维权费用依法处理。</w:t>
      </w:r>
    </w:p>
    <w:p>
      <w:r>
        <w:t>7.3 本合同适用中华人民共和国大陆地区法律；争议先协商，协商不成向甲方住所地有管辖权的人民法院起诉。指定联系人可确认本项目安排、工时及结算，重大变更、解除和权利放弃须由本人或有相应授权人员确认。通知以可证明送达指定联系方式为准。</w:t>
      </w:r>
    </w:p>
    <w:p>
      <w:r>
        <w:t>7.4 本合同及双方确认的本次项目补充文件构成完整约定，不自动适用于后续项目。主体、项目、费用等应填全后签署；机构由授权代表签署并盖章，个人由本人签署，双方各执一份，可核验电子签署及扫描件可作证据。随附肖像协议由实际使用方与本人独立签署，不随本合同自动生效。</w:t>
      </w:r>
    </w:p>
    <w:p>
      <w:r>
        <w:t>7.5 双方已对计时及超时、开票价格、取消损失、肖像使用、违约责任及管辖条款充分阅读并有机会协商。合同履行完毕或解除不影响结算、保密、违约及争议处理条款。</w:t>
      </w:r>
    </w:p>
    <w:p>
      <w:pPr>
        <w:spacing w:after="120"/>
      </w:pPr>
      <w:r>
        <w:t>补充约定：________________________________________________</w:t>
      </w:r>
    </w:p>
    <w:p>
      <w:pPr>
        <w:spacing w:after="120"/>
      </w:pPr>
      <w:r>
        <w:t>甲方（盖章或本人签字）：__________________________________</w:t>
      </w:r>
    </w:p>
    <w:p>
      <w:pPr>
        <w:spacing w:after="120"/>
      </w:pPr>
      <w:r>
        <w:t>授权代表：________________    日期：____年__月__日</w:t>
      </w:r>
    </w:p>
    <w:p>
      <w:pPr>
        <w:spacing w:after="120"/>
      </w:pPr>
      <w:r>
        <w:t>乙方（盖章或本人签字）：__________________________________</w:t>
      </w:r>
    </w:p>
    <w:p>
      <w:pPr>
        <w:spacing w:after="120"/>
      </w:pPr>
      <w:r>
        <w:t>授权代表：________________    日期：____年__月__日</w:t>
      </w:r>
    </w:p>
    <w:p>
      <w:pPr>
        <w:pStyle w:val="Heading1"/>
      </w:pPr>
      <w:r>
        <w:t>附件一 本次拍摄工时及结算记录</w:t>
      </w:r>
    </w:p>
    <w:p>
      <w:r>
        <w:t>项目名称：____________  拍摄日期：____________  模特：____________</w:t>
      </w:r>
    </w:p>
    <w:p>
      <w:r>
        <w:t>多位模特或多个拍摄日应分别记录；以下内容在拍摄结束后填写并确认。</w:t>
      </w:r>
    </w:p>
    <w:p>
      <w:pPr>
        <w:spacing w:after="120"/>
      </w:pPr>
      <w:r>
        <w:t>实际到场：________  化妆开始或无化妆时确认起算：________</w:t>
      </w:r>
    </w:p>
    <w:p>
      <w:pPr>
        <w:spacing w:after="120"/>
      </w:pPr>
      <w:r>
        <w:t>工作结束：________  不计费时长：____分钟  实际工时：____小时</w:t>
      </w:r>
    </w:p>
    <w:p>
      <w:pPr>
        <w:spacing w:after="120"/>
      </w:pPr>
      <w:r>
        <w:t>超出最低时长：____分钟  折算收费：____小时  超时费：____元</w:t>
      </w:r>
    </w:p>
    <w:p>
      <w:pPr>
        <w:spacing w:after="120"/>
      </w:pPr>
      <w:r>
        <w:t>基础费：____元  其他费用：____元  未税合计：____元</w:t>
      </w:r>
    </w:p>
    <w:p>
      <w:pPr>
        <w:spacing w:after="120"/>
      </w:pPr>
      <w:r>
        <w:t>已含税费用：____元  开票价格加收：____元  最终应付：____元</w:t>
      </w:r>
    </w:p>
    <w:p>
      <w:pPr>
        <w:spacing w:after="120"/>
      </w:pPr>
      <w:r>
        <w:t>已付：____元  尚应付：____元  调整说明：____________________</w:t>
      </w:r>
    </w:p>
    <w:p>
      <w:pPr>
        <w:spacing w:after="120"/>
      </w:pPr>
      <w:r>
        <w:t>甲方确认：____________  乙方确认：____________  日期：________</w:t>
      </w:r>
    </w:p>
    <w:p>
      <w:pPr>
        <w:pStyle w:val="Title"/>
        <w:pageBreakBefore/>
      </w:pPr>
      <w:r>
        <w:t>附件二 模特肖像使用许可协议</w:t>
      </w:r>
    </w:p>
    <w:p>
      <w:r>
        <w:t>本协议由实际使用肖像的品牌主体与模特本人独立签署，可作为单次拍摄服务合同的附件。每位模特分别填写并签署一份。</w:t>
      </w:r>
    </w:p>
    <w:p>
      <w:pPr>
        <w:spacing w:after="120"/>
      </w:pPr>
      <w:r>
        <w:t>甲方 被授权人（品牌主体全称）：________________________________________</w:t>
      </w:r>
    </w:p>
    <w:p>
      <w:pPr>
        <w:spacing w:after="120"/>
      </w:pPr>
      <w:r>
        <w:t>统一社会信用代码：________________________________________</w:t>
      </w:r>
    </w:p>
    <w:p>
      <w:pPr>
        <w:spacing w:after="120"/>
      </w:pPr>
      <w:r>
        <w:t>联系地址：________________________________________</w:t>
      </w:r>
    </w:p>
    <w:p>
      <w:pPr>
        <w:spacing w:after="120"/>
      </w:pPr>
      <w:r>
        <w:t>授权联系人及电话：________________________________________</w:t>
      </w:r>
    </w:p>
    <w:p>
      <w:pPr>
        <w:spacing w:after="120"/>
      </w:pPr>
      <w:r>
        <w:t>乙方 授权人（模特本人姓名）：________________  艺名：__________</w:t>
      </w:r>
    </w:p>
    <w:p>
      <w:pPr>
        <w:spacing w:after="120"/>
      </w:pPr>
      <w:r>
        <w:t>身份证或护照号：________________________________________</w:t>
      </w:r>
    </w:p>
    <w:p>
      <w:pPr>
        <w:spacing w:after="120"/>
      </w:pPr>
      <w:r>
        <w:t>联系地址及联系方式：______________________________________</w:t>
      </w:r>
    </w:p>
    <w:p>
      <w:pPr>
        <w:pStyle w:val="Heading1"/>
      </w:pPr>
      <w:r>
        <w:t>第一条 项目及拍摄同意</w:t>
      </w:r>
    </w:p>
    <w:p>
      <w:pPr>
        <w:spacing w:after="120"/>
      </w:pPr>
      <w:r>
        <w:t>项目名称：____________________  拍摄日期：__________________</w:t>
      </w:r>
    </w:p>
    <w:p>
      <w:pPr>
        <w:spacing w:after="120"/>
      </w:pPr>
      <w:r>
        <w:t>品牌及产品：______________________________________________</w:t>
      </w:r>
    </w:p>
    <w:p>
      <w:pPr>
        <w:spacing w:after="120"/>
      </w:pPr>
      <w:r>
        <w:t>拍摄内容或脚本版本：______________________________________</w:t>
      </w:r>
    </w:p>
    <w:p>
      <w:pPr>
        <w:spacing w:after="120"/>
      </w:pPr>
      <w:r>
        <w:t>受托拍摄制作及交付单位：__________________________________</w:t>
      </w:r>
    </w:p>
    <w:p>
      <w:r>
        <w:t>乙方同意参加上述项目拍摄。甲方可委托上列单位在本协议明确范围内拍摄、制作及交付素材；受托单位不因此取得独立对外使用或再许可权。</w:t>
      </w:r>
    </w:p>
    <w:p>
      <w:pPr>
        <w:pStyle w:val="Heading1"/>
      </w:pPr>
      <w:r>
        <w:t>第二条 许可范围</w:t>
      </w:r>
    </w:p>
    <w:p>
      <w:pPr>
        <w:spacing w:after="120"/>
      </w:pPr>
      <w:r>
        <w:t>许可权益：肖像；另行同意 □姓名或艺名（________） □声音</w:t>
      </w:r>
    </w:p>
    <w:p>
      <w:pPr>
        <w:spacing w:after="120"/>
      </w:pPr>
      <w:r>
        <w:t>具体用途：________________________________________</w:t>
      </w:r>
    </w:p>
    <w:p>
      <w:pPr>
        <w:spacing w:after="120"/>
      </w:pPr>
      <w:r>
        <w:t>平台账号或线下载体：______________________________________</w:t>
      </w:r>
    </w:p>
    <w:p>
      <w:pPr>
        <w:spacing w:after="120"/>
      </w:pPr>
      <w:r>
        <w:t>使用地区：____________________  付费广告投放：□允许 □不允许</w:t>
      </w:r>
    </w:p>
    <w:p>
      <w:pPr>
        <w:spacing w:after="120"/>
      </w:pPr>
      <w:r>
        <w:t>许可期限：____年__月__日至____年__月__日</w:t>
      </w:r>
    </w:p>
    <w:p>
      <w:pPr>
        <w:spacing w:after="120"/>
      </w:pPr>
      <w:r>
        <w:t>允许编辑：□剪辑 □裁切 □调色 □字幕排版  其他：____________</w:t>
      </w:r>
    </w:p>
    <w:p>
      <w:pPr>
        <w:spacing w:after="120"/>
      </w:pPr>
      <w:r>
        <w:t>其他限制及期满存量印刷品处理：____________________________</w:t>
      </w:r>
    </w:p>
    <w:p>
      <w:r>
        <w:t>本许可为非独占许可，仅适用于本项目。关键范围应在签署前填写完整；未勾选的可选权益及未明确的新增用途，不得推定已获许可。</w:t>
      </w:r>
    </w:p>
    <w:p>
      <w:pPr>
        <w:pStyle w:val="Heading1"/>
        <w:pageBreakBefore/>
      </w:pPr>
      <w:r>
        <w:t>第三条 授权费用与生效</w:t>
      </w:r>
    </w:p>
    <w:p>
      <w:pPr>
        <w:spacing w:after="120"/>
      </w:pPr>
      <w:r>
        <w:t>费用安排：□另付含税人民币________元  □不另收授权费</w:t>
      </w:r>
    </w:p>
    <w:p>
      <w:pPr>
        <w:spacing w:after="120"/>
      </w:pPr>
      <w:r>
        <w:t>□其他安排（金额及所含费用）：______________________________</w:t>
      </w:r>
    </w:p>
    <w:p>
      <w:pPr>
        <w:spacing w:after="120"/>
      </w:pPr>
      <w:r>
        <w:t>付款主体：____________________  付款日期或条件：____________</w:t>
      </w:r>
    </w:p>
    <w:p>
      <w:pPr>
        <w:spacing w:after="120"/>
      </w:pPr>
      <w:r>
        <w:t>收款人：______________________  开户行：____________________</w:t>
      </w:r>
    </w:p>
    <w:p>
      <w:pPr>
        <w:spacing w:after="120"/>
      </w:pPr>
      <w:r>
        <w:t>收款账号：________________________________________</w:t>
      </w:r>
    </w:p>
    <w:p>
      <w:r>
        <w:t>本协议在双方签署、授权范围填写完整后生效。费用是否包含在其他项目价款中，应明确列明，不因拍摄服务费已支付而推定授权费已结清。</w:t>
      </w:r>
    </w:p>
    <w:p>
      <w:pPr>
        <w:pStyle w:val="Heading1"/>
      </w:pPr>
      <w:r>
        <w:t>第四条 使用边界及到期处理</w:t>
      </w:r>
    </w:p>
    <w:p>
      <w:r>
        <w:t>4.1 超出约定品牌、用途、平台、地区或期限，续期，或增加独立使用主体，须先取得乙方另行书面同意。不得歪曲、丑化乙方形象或违法使用；本协议不包含 AI 训练、换脸、数字人、声音克隆或虚构代言许可。</w:t>
      </w:r>
    </w:p>
    <w:p>
      <w:r>
        <w:t>4.2 许可期满后停止新增发布和投放，甲方可控制的线上展示应在10个工作日内下架；未另约的存量印刷品停止发放。履约、审计及争议处理确有必要的档案可非公开留存，其他副本在无必要时删除。</w:t>
      </w:r>
    </w:p>
    <w:p>
      <w:r>
        <w:t>4.3 乙方依法享有的肖像许可解除权不受本协议限制。乙方有正当理由提前解除时，应在合理期限前通知甲方，相关损失依法处理。甲方应约束其受托单位按本协议使用素材并配合停止使用。</w:t>
      </w:r>
    </w:p>
    <w:p>
      <w:r>
        <w:t>4.4 本协议不转让乙方人格权，也不处分摄影师等第三方著作权。甲方应另行落实使用作品所需的相关权利。身份、联系方式及账户信息仅为本项目核验、沟通、结算及依法留存使用。</w:t>
      </w:r>
    </w:p>
    <w:p>
      <w:pPr>
        <w:pStyle w:val="Heading1"/>
      </w:pPr>
      <w:r>
        <w:t>第五条 未成年人及争议处理</w:t>
      </w:r>
    </w:p>
    <w:p>
      <w:r>
        <w:t>5.1 乙方为未成年人时，应由监护人依法代理或同意并签署，结合其年龄、智力尊重其真实意愿；另行核实本次活动的合法参与条件及必要手续。监护人签署不替代依法需取得的许可。</w:t>
      </w:r>
    </w:p>
    <w:p>
      <w:r>
        <w:t>5.2 违反本协议的一方应停止违约、采取补救并依法赔偿可证明损失。适用中华人民共和国大陆地区法律；争议先协商，协商不成向有管辖权的人民法院起诉。双方认可可核验电子签署及签署件扫描件作为证据。</w:t>
      </w:r>
    </w:p>
    <w:p>
      <w:pPr>
        <w:pStyle w:val="Heading1"/>
      </w:pPr>
      <w:r>
        <w:t>第六条 签署确认</w:t>
      </w:r>
    </w:p>
    <w:p>
      <w:r>
        <w:t>双方已就许可范围、费用、使用限制和解除规则充分阅读并协商。本协议仅在实际签署主体之间成立，经纪机构的服务合同签署不能代替模特本人或品牌主体的许可确认。</w:t>
      </w:r>
    </w:p>
    <w:p>
      <w:pPr>
        <w:spacing w:after="120"/>
      </w:pPr>
      <w:r>
        <w:t>甲方（盖章）：________________  授权代表签字：______________</w:t>
      </w:r>
    </w:p>
    <w:p>
      <w:pPr>
        <w:spacing w:after="120"/>
      </w:pPr>
      <w:r>
        <w:t>乙方（本人签字）：____________  签署日期：____年__月__日</w:t>
      </w:r>
    </w:p>
    <w:p>
      <w:pPr>
        <w:spacing w:after="120"/>
      </w:pPr>
      <w:r>
        <w:t>甲方签署日期：____年__月__日   签署地点：__________________</w:t>
      </w:r>
    </w:p>
    <w:p>
      <w:pPr>
        <w:spacing w:after="120"/>
      </w:pPr>
      <w:r>
        <w:t>监护人签字：________  与乙方关系：________  日期：____年__月__日</w:t>
      </w:r>
    </w:p>
    <w:p>
      <w:pPr>
        <w:spacing w:after="120"/>
      </w:pPr>
      <w:r>
        <w:t>监护人证件号及联系方式：__________________________________</w:t>
      </w:r>
    </w:p>
    <w:sectPr w:rsidR="00FC693F" w:rsidRPr="0006063C" w:rsidSect="00034616">
      <w:footerReference w:type="default" r:id="rId9"/>
      <w:pgSz w:w="11906" w:h="16838"/>
      <w:pgMar w:top="1134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0" w:lineRule="exact" w:after="120"/>
    </w:pPr>
    <w:rPr>
      <w:rFonts w:ascii="Songti SC" w:hAnsi="Songti SC" w:eastAsia="Songti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 w:line="288" w:lineRule="auto"/>
      <w:outlineLvl w:val="0"/>
    </w:pPr>
    <w:rPr>
      <w:rFonts w:ascii="Songti SC" w:hAnsi="Songti SC" w:eastAsia="Songti S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88" w:lineRule="auto"/>
      <w:outlineLvl w:val="1"/>
    </w:pPr>
    <w:rPr>
      <w:rFonts w:ascii="Songti SC" w:hAnsi="Songti SC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88" w:lineRule="auto" w:before="0"/>
      <w:contextualSpacing/>
    </w:pPr>
    <w:rPr>
      <w:rFonts w:ascii="Songti SC" w:hAnsi="Songti SC" w:eastAsia="Songti SC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模特拍摄服务合同</dc:title>
  <dc:subject>单次拍摄项目空白签署文件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